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jc w:val="right"/>
      </w:pPr>
      <w:r>
        <w:rPr>
          <w:b/>
          <w:i w:val="0"/>
          <w:sz w:val="32"/>
        </w:rPr>
        <w:t>SERVİS FİŞİ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247"/>
        <w:gridCol w:w="5102"/>
        <w:gridCol w:w="1020"/>
        <w:gridCol w:w="3061"/>
      </w:tblGrid>
      <w:tr>
        <w:tc>
          <w:tcPr>
            <w:tcW w:type="dxa" w:w="1247"/>
          </w:tcPr>
          <w:p>
            <w:r/>
            <w:r>
              <w:rPr>
                <w:b/>
                <w:sz w:val="18"/>
              </w:rPr>
              <w:t>İşletme</w:t>
            </w:r>
          </w:p>
        </w:tc>
        <w:tc>
          <w:tcPr>
            <w:tcW w:type="dxa" w:w="5102"/>
          </w:tcPr>
          <w:p/>
        </w:tc>
        <w:tc>
          <w:tcPr>
            <w:tcW w:type="dxa" w:w="1020"/>
          </w:tcPr>
          <w:p>
            <w:r/>
            <w:r>
              <w:rPr>
                <w:b/>
                <w:sz w:val="18"/>
              </w:rPr>
              <w:t>No</w:t>
            </w:r>
          </w:p>
        </w:tc>
        <w:tc>
          <w:tcPr>
            <w:tcW w:type="dxa" w:w="3061"/>
          </w:tcPr>
          <w:p/>
        </w:tc>
      </w:tr>
      <w:tr>
        <w:tc>
          <w:tcPr>
            <w:tcW w:type="dxa" w:w="1247"/>
          </w:tcPr>
          <w:p>
            <w:r/>
            <w:r>
              <w:rPr>
                <w:b/>
                <w:sz w:val="18"/>
              </w:rPr>
              <w:t>Telefon</w:t>
            </w:r>
          </w:p>
        </w:tc>
        <w:tc>
          <w:tcPr>
            <w:tcW w:type="dxa" w:w="5102"/>
          </w:tcPr>
          <w:p/>
        </w:tc>
        <w:tc>
          <w:tcPr>
            <w:tcW w:type="dxa" w:w="1020"/>
          </w:tcPr>
          <w:p>
            <w:r/>
            <w:r>
              <w:rPr>
                <w:b/>
                <w:sz w:val="18"/>
              </w:rPr>
              <w:t>Tarih</w:t>
            </w:r>
          </w:p>
        </w:tc>
        <w:tc>
          <w:tcPr>
            <w:tcW w:type="dxa" w:w="3061"/>
          </w:tcPr>
          <w:p/>
        </w:tc>
      </w:tr>
    </w:tbl>
    <w:p>
      <w:pPr>
        <w:spacing w:before="100"/>
      </w:pPr>
      <w:r>
        <w:rPr>
          <w:b/>
          <w:i w:val="0"/>
        </w:rPr>
        <w:t>Müşteri ve araç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41"/>
        <w:gridCol w:w="3175"/>
        <w:gridCol w:w="2041"/>
        <w:gridCol w:w="3175"/>
      </w:tblGrid>
      <w:tr>
        <w:tc>
          <w:tcPr>
            <w:tcW w:type="dxa" w:w="2041"/>
          </w:tcPr>
          <w:p>
            <w:r/>
            <w:r>
              <w:rPr>
                <w:b/>
                <w:sz w:val="18"/>
              </w:rPr>
              <w:t>Ad soyad / firma</w:t>
            </w:r>
          </w:p>
        </w:tc>
        <w:tc>
          <w:tcPr>
            <w:tcW w:type="dxa" w:w="3175"/>
          </w:tcPr>
          <w:p/>
        </w:tc>
        <w:tc>
          <w:tcPr>
            <w:tcW w:type="dxa" w:w="2041"/>
          </w:tcPr>
          <w:p>
            <w:r/>
            <w:r>
              <w:rPr>
                <w:b/>
                <w:sz w:val="18"/>
              </w:rPr>
              <w:t>Telefon</w:t>
            </w:r>
          </w:p>
        </w:tc>
        <w:tc>
          <w:tcPr>
            <w:tcW w:type="dxa" w:w="3175"/>
          </w:tcPr>
          <w:p/>
        </w:tc>
      </w:tr>
      <w:tr>
        <w:tc>
          <w:tcPr>
            <w:tcW w:type="dxa" w:w="2041"/>
          </w:tcPr>
          <w:p>
            <w:r/>
            <w:r>
              <w:rPr>
                <w:b/>
                <w:sz w:val="18"/>
              </w:rPr>
              <w:t>Plaka</w:t>
            </w:r>
          </w:p>
        </w:tc>
        <w:tc>
          <w:tcPr>
            <w:tcW w:type="dxa" w:w="3175"/>
          </w:tcPr>
          <w:p/>
        </w:tc>
        <w:tc>
          <w:tcPr>
            <w:tcW w:type="dxa" w:w="2041"/>
          </w:tcPr>
          <w:p>
            <w:r/>
            <w:r>
              <w:rPr>
                <w:b/>
                <w:sz w:val="18"/>
              </w:rPr>
              <w:t>Marka / model / yıl</w:t>
            </w:r>
          </w:p>
        </w:tc>
        <w:tc>
          <w:tcPr>
            <w:tcW w:type="dxa" w:w="3175"/>
          </w:tcPr>
          <w:p/>
        </w:tc>
      </w:tr>
      <w:tr>
        <w:tc>
          <w:tcPr>
            <w:tcW w:type="dxa" w:w="2041"/>
          </w:tcPr>
          <w:p>
            <w:r/>
            <w:r>
              <w:rPr>
                <w:b/>
                <w:sz w:val="18"/>
              </w:rPr>
              <w:t>Giriş kilometresi</w:t>
            </w:r>
          </w:p>
        </w:tc>
        <w:tc>
          <w:tcPr>
            <w:tcW w:type="dxa" w:w="3175"/>
          </w:tcPr>
          <w:p/>
        </w:tc>
        <w:tc>
          <w:tcPr>
            <w:tcW w:type="dxa" w:w="2041"/>
          </w:tcPr>
          <w:p>
            <w:r/>
            <w:r>
              <w:rPr>
                <w:b/>
                <w:sz w:val="18"/>
              </w:rPr>
              <w:t>Çıkış kilometresi</w:t>
            </w:r>
          </w:p>
        </w:tc>
        <w:tc>
          <w:tcPr>
            <w:tcW w:type="dxa" w:w="3175"/>
          </w:tcPr>
          <w:p/>
        </w:tc>
      </w:tr>
    </w:tbl>
    <w:p>
      <w:pPr>
        <w:spacing w:before="100"/>
      </w:pPr>
      <w:r>
        <w:rPr>
          <w:b/>
          <w:i w:val="0"/>
        </w:rPr>
        <w:t>Şikâyet ve tespit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32"/>
      </w:tblGrid>
      <w:tr>
        <w:trPr>
          <w:trHeight w:val="369"/>
        </w:trPr>
        <w:tc>
          <w:tcPr>
            <w:tcW w:type="dxa" w:w="10432"/>
          </w:tcPr>
          <w:p/>
        </w:tc>
      </w:tr>
      <w:tr>
        <w:trPr>
          <w:trHeight w:val="369"/>
        </w:trPr>
        <w:tc>
          <w:tcPr>
            <w:tcW w:type="dxa" w:w="10432"/>
          </w:tcPr>
          <w:p/>
        </w:tc>
      </w:tr>
      <w:tr>
        <w:trPr>
          <w:trHeight w:val="369"/>
        </w:trPr>
        <w:tc>
          <w:tcPr>
            <w:tcW w:type="dxa" w:w="10432"/>
          </w:tcPr>
          <w:p/>
        </w:tc>
      </w:tr>
    </w:tbl>
    <w:p>
      <w:pPr>
        <w:spacing w:before="100"/>
      </w:pPr>
      <w:r>
        <w:rPr>
          <w:b/>
          <w:i w:val="0"/>
        </w:rPr>
        <w:t>Yapılan işlemler ve kullanılan parçalar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4535"/>
        <w:gridCol w:w="1587"/>
        <w:gridCol w:w="907"/>
        <w:gridCol w:w="1417"/>
        <w:gridCol w:w="1531"/>
      </w:tblGrid>
      <w:tr>
        <w:tc>
          <w:tcPr>
            <w:tcW w:type="dxa" w:w="454"/>
          </w:tcPr>
          <w:p>
            <w:r/>
            <w:r>
              <w:rPr>
                <w:b/>
                <w:sz w:val="18"/>
              </w:rPr>
              <w:t>#</w:t>
            </w:r>
          </w:p>
        </w:tc>
        <w:tc>
          <w:tcPr>
            <w:tcW w:type="dxa" w:w="4535"/>
          </w:tcPr>
          <w:p>
            <w:r/>
            <w:r>
              <w:rPr>
                <w:b/>
                <w:sz w:val="18"/>
              </w:rPr>
              <w:t>Açıklama</w:t>
            </w:r>
          </w:p>
        </w:tc>
        <w:tc>
          <w:tcPr>
            <w:tcW w:type="dxa" w:w="1587"/>
          </w:tcPr>
          <w:p>
            <w:r/>
            <w:r>
              <w:rPr>
                <w:b/>
                <w:sz w:val="18"/>
              </w:rPr>
              <w:t>İşçilik / parça</w:t>
            </w:r>
          </w:p>
        </w:tc>
        <w:tc>
          <w:tcPr>
            <w:tcW w:type="dxa" w:w="907"/>
          </w:tcPr>
          <w:p>
            <w:r/>
            <w:r>
              <w:rPr>
                <w:b/>
                <w:sz w:val="18"/>
              </w:rPr>
              <w:t>Miktar</w:t>
            </w:r>
          </w:p>
        </w:tc>
        <w:tc>
          <w:tcPr>
            <w:tcW w:type="dxa" w:w="1417"/>
          </w:tcPr>
          <w:p>
            <w:r/>
            <w:r>
              <w:rPr>
                <w:b/>
                <w:sz w:val="18"/>
              </w:rPr>
              <w:t>Birim fiyat</w:t>
            </w:r>
          </w:p>
        </w:tc>
        <w:tc>
          <w:tcPr>
            <w:tcW w:type="dxa" w:w="1531"/>
          </w:tcPr>
          <w:p>
            <w:r/>
            <w:r>
              <w:rPr>
                <w:b/>
                <w:sz w:val="18"/>
              </w:rPr>
              <w:t>Tutar</w:t>
            </w:r>
          </w:p>
        </w:tc>
      </w:tr>
      <w:tr>
        <w:tc>
          <w:tcPr>
            <w:tcW w:type="dxa" w:w="454"/>
          </w:tcPr>
          <w:p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4535"/>
          </w:tcPr>
          <w:p/>
        </w:tc>
        <w:tc>
          <w:tcPr>
            <w:tcW w:type="dxa" w:w="158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454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4535"/>
          </w:tcPr>
          <w:p/>
        </w:tc>
        <w:tc>
          <w:tcPr>
            <w:tcW w:type="dxa" w:w="158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454"/>
          </w:tcPr>
          <w:p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4535"/>
          </w:tcPr>
          <w:p/>
        </w:tc>
        <w:tc>
          <w:tcPr>
            <w:tcW w:type="dxa" w:w="158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454"/>
          </w:tcPr>
          <w:p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4535"/>
          </w:tcPr>
          <w:p/>
        </w:tc>
        <w:tc>
          <w:tcPr>
            <w:tcW w:type="dxa" w:w="158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454"/>
          </w:tcPr>
          <w:p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4535"/>
          </w:tcPr>
          <w:p/>
        </w:tc>
        <w:tc>
          <w:tcPr>
            <w:tcW w:type="dxa" w:w="158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454"/>
          </w:tcPr>
          <w:p>
            <w:r/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4535"/>
          </w:tcPr>
          <w:p/>
        </w:tc>
        <w:tc>
          <w:tcPr>
            <w:tcW w:type="dxa" w:w="158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454"/>
          </w:tcPr>
          <w:p>
            <w:r/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4535"/>
          </w:tcPr>
          <w:p/>
        </w:tc>
        <w:tc>
          <w:tcPr>
            <w:tcW w:type="dxa" w:w="158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454"/>
          </w:tcPr>
          <w:p>
            <w:r/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4535"/>
          </w:tcPr>
          <w:p/>
        </w:tc>
        <w:tc>
          <w:tcPr>
            <w:tcW w:type="dxa" w:w="158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454"/>
          </w:tcPr>
          <w:p>
            <w:r/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4535"/>
          </w:tcPr>
          <w:p/>
        </w:tc>
        <w:tc>
          <w:tcPr>
            <w:tcW w:type="dxa" w:w="158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454"/>
          </w:tcPr>
          <w:p>
            <w:r/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4535"/>
          </w:tcPr>
          <w:p/>
        </w:tc>
        <w:tc>
          <w:tcPr>
            <w:tcW w:type="dxa" w:w="158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531"/>
          </w:tcPr>
          <w:p/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17"/>
        <w:gridCol w:w="1814"/>
      </w:tblGrid>
      <w:tr>
        <w:tc>
          <w:tcPr>
            <w:tcW w:type="dxa" w:w="86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Ara toplam</w:t>
            </w:r>
          </w:p>
        </w:tc>
        <w:tc>
          <w:tcPr>
            <w:tcW w:type="dxa" w:w="1814"/>
          </w:tcPr>
          <w:p/>
        </w:tc>
      </w:tr>
      <w:tr>
        <w:tc>
          <w:tcPr>
            <w:tcW w:type="dxa" w:w="86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İndirim</w:t>
            </w:r>
          </w:p>
        </w:tc>
        <w:tc>
          <w:tcPr>
            <w:tcW w:type="dxa" w:w="1814"/>
          </w:tcPr>
          <w:p/>
        </w:tc>
      </w:tr>
      <w:tr>
        <w:tc>
          <w:tcPr>
            <w:tcW w:type="dxa" w:w="86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KDV (%    )</w:t>
            </w:r>
          </w:p>
        </w:tc>
        <w:tc>
          <w:tcPr>
            <w:tcW w:type="dxa" w:w="1814"/>
          </w:tcPr>
          <w:p/>
        </w:tc>
      </w:tr>
      <w:tr>
        <w:tc>
          <w:tcPr>
            <w:tcW w:type="dxa" w:w="8617"/>
          </w:tcPr>
          <w:p>
            <w:pPr>
              <w:jc w:val="right"/>
            </w:pPr>
            <w:r/>
            <w:r>
              <w:rPr>
                <w:b/>
                <w:sz w:val="18"/>
              </w:rPr>
              <w:t>Genel toplam</w:t>
            </w:r>
          </w:p>
        </w:tc>
        <w:tc>
          <w:tcPr>
            <w:tcW w:type="dxa" w:w="1814"/>
          </w:tcPr>
          <w:p/>
        </w:tc>
      </w:tr>
    </w:tbl>
    <w:p>
      <w:pPr>
        <w:spacing w:before="80"/>
      </w:pPr>
      <w:r>
        <w:rPr>
          <w:b w:val="0"/>
          <w:i/>
          <w:sz w:val="17"/>
        </w:rPr>
        <w:t>Bu fiş yapılan işi kayıt altına alır; fatura yerine geçmez.</w:t>
      </w:r>
    </w:p>
    <w:p>
      <w:pPr>
        <w:spacing w:before="80"/>
      </w:pPr>
      <w:r>
        <w:rPr>
          <w:b w:val="0"/>
          <w:i w:val="0"/>
        </w:rPr>
        <w:t>Ödeme şekli:   ☐ Nakit    ☐ Kart    ☐ Havale    ☐ Cari hesaba</w:t>
      </w:r>
    </w:p>
    <w:p>
      <w:pPr>
        <w:spacing w:before="100"/>
      </w:pPr>
      <w:r>
        <w:rPr>
          <w:b/>
          <w:i w:val="0"/>
        </w:rPr>
        <w:t>Ödeme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41"/>
        <w:gridCol w:w="3175"/>
        <w:gridCol w:w="2041"/>
        <w:gridCol w:w="3175"/>
      </w:tblGrid>
      <w:tr>
        <w:tc>
          <w:tcPr>
            <w:tcW w:type="dxa" w:w="2041"/>
          </w:tcPr>
          <w:p>
            <w:r/>
            <w:r>
              <w:rPr>
                <w:b/>
                <w:sz w:val="18"/>
              </w:rPr>
              <w:t>Alınan</w:t>
            </w:r>
          </w:p>
        </w:tc>
        <w:tc>
          <w:tcPr>
            <w:tcW w:type="dxa" w:w="3175"/>
          </w:tcPr>
          <w:p/>
        </w:tc>
        <w:tc>
          <w:tcPr>
            <w:tcW w:type="dxa" w:w="2041"/>
          </w:tcPr>
          <w:p>
            <w:r/>
            <w:r>
              <w:rPr>
                <w:b/>
                <w:sz w:val="18"/>
              </w:rPr>
              <w:t>Kalan</w:t>
            </w:r>
          </w:p>
        </w:tc>
        <w:tc>
          <w:tcPr>
            <w:tcW w:type="dxa" w:w="3175"/>
          </w:tcPr>
          <w:p/>
        </w:tc>
      </w:tr>
      <w:tr>
        <w:tc>
          <w:tcPr>
            <w:tcW w:type="dxa" w:w="2041"/>
          </w:tcPr>
          <w:p>
            <w:r/>
            <w:r>
              <w:rPr>
                <w:b/>
                <w:sz w:val="18"/>
              </w:rPr>
              <w:t>Vade</w:t>
            </w:r>
          </w:p>
        </w:tc>
        <w:tc>
          <w:tcPr>
            <w:tcW w:type="dxa" w:w="3175"/>
          </w:tcPr>
          <w:p/>
        </w:tc>
        <w:tc>
          <w:tcPr>
            <w:tcW w:type="dxa" w:w="2041"/>
          </w:tcPr>
          <w:p/>
        </w:tc>
        <w:tc>
          <w:tcPr>
            <w:tcW w:type="dxa" w:w="3175"/>
          </w:tcPr>
          <w:p/>
        </w:tc>
      </w:tr>
    </w:tbl>
    <w:p>
      <w:pPr>
        <w:spacing w:before="100"/>
      </w:pPr>
      <w:r>
        <w:rPr>
          <w:b/>
          <w:i w:val="0"/>
        </w:rPr>
        <w:t>Notlar (sonraki bakım, garanti, müşteriye öneri)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32"/>
      </w:tblGrid>
      <w:tr>
        <w:trPr>
          <w:trHeight w:val="369"/>
        </w:trPr>
        <w:tc>
          <w:tcPr>
            <w:tcW w:type="dxa" w:w="10432"/>
          </w:tcPr>
          <w:p/>
        </w:tc>
      </w:tr>
      <w:tr>
        <w:trPr>
          <w:trHeight w:val="369"/>
        </w:trPr>
        <w:tc>
          <w:tcPr>
            <w:tcW w:type="dxa" w:w="10432"/>
          </w:tcPr>
          <w:p/>
        </w:tc>
      </w:tr>
    </w:tbl>
    <w:p>
      <w:pPr>
        <w:spacing w:before="80"/>
      </w:pPr>
      <w:r>
        <w:rPr>
          <w:b w:val="0"/>
          <w:i/>
          <w:sz w:val="17"/>
        </w:rPr>
        <w:t>Aracımı yukarıda yazılı işlemler yapılmış olarak teslim aldım.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rHeight w:val="680"/>
        </w:trPr>
        <w:tc>
          <w:tcPr>
            <w:tcW w:type="dxa" w:w="5216"/>
          </w:tcPr>
          <w:p/>
        </w:tc>
        <w:tc>
          <w:tcPr>
            <w:tcW w:type="dxa" w:w="5216"/>
          </w:tcPr>
          <w:p/>
        </w:tc>
      </w:tr>
      <w:tr>
        <w:tc>
          <w:tcPr>
            <w:tcW w:type="dxa" w:w="5216"/>
          </w:tcPr>
          <w:p>
            <w:r/>
            <w:r>
              <w:rPr>
                <w:b w:val="0"/>
                <w:sz w:val="18"/>
              </w:rPr>
              <w:t>Teslim eden usta, imza</w:t>
            </w:r>
          </w:p>
        </w:tc>
        <w:tc>
          <w:tcPr>
            <w:tcW w:type="dxa" w:w="5216"/>
          </w:tcPr>
          <w:p>
            <w:r/>
            <w:r>
              <w:rPr>
                <w:b w:val="0"/>
                <w:sz w:val="18"/>
              </w:rPr>
              <w:t>Müşteri adı, imza, tarih</w:t>
            </w:r>
          </w:p>
        </w:tc>
      </w:tr>
    </w:tbl>
    <w:p>
      <w:pPr>
        <w:spacing w:before="120"/>
      </w:pPr>
      <w:r>
        <w:rPr>
          <w:b w:val="0"/>
          <w:i w:val="0"/>
          <w:sz w:val="15"/>
        </w:rPr>
        <w:t>Servis fişi · Ücretsiz şablon · sanayitakip.com</w:t>
      </w:r>
    </w:p>
    <w:sectPr w:rsidR="00FC693F" w:rsidRPr="0006063C" w:rsidSect="00034616">
      <w:pgSz w:w="11906" w:h="16838"/>
      <w:pgMar w:top="624" w:right="737" w:bottom="624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before="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Servis fişi</dc:title>
  <dc:subject/>
  <dc:creator>SanayiTakip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